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922" w:rsidRDefault="00B9590E">
      <w:r>
        <w:t>Bogotá D. C., [fecha]</w:t>
      </w:r>
    </w:p>
    <w:p w:rsidR="006D6922" w:rsidRDefault="00B9590E">
      <w:r>
        <w:t>Señores</w:t>
      </w:r>
    </w:p>
    <w:p w:rsidR="006D6922" w:rsidRDefault="00B9590E">
      <w:r>
        <w:rPr>
          <w:b/>
        </w:rPr>
        <w:t>ADMINISTRADORA COLOMBIANA DE PENSIONES – COLPENSIONES</w:t>
      </w:r>
    </w:p>
    <w:p w:rsidR="006D6922" w:rsidRDefault="00B9590E">
      <w:r>
        <w:t>Gerencia de Talento Humano y Relaciones Laborales</w:t>
      </w:r>
    </w:p>
    <w:p w:rsidR="006D6922" w:rsidRDefault="00B9590E">
      <w:r>
        <w:t>Ciudad</w:t>
      </w:r>
    </w:p>
    <w:p w:rsidR="006D6922" w:rsidRDefault="00B9590E">
      <w:r>
        <w:rPr>
          <w:b/>
        </w:rPr>
        <w:t>Asunto: Solicitud de teletrabajo – Padre cabeza de familia</w:t>
      </w:r>
    </w:p>
    <w:p w:rsidR="006D6922" w:rsidRDefault="00B9590E" w:rsidP="00B9590E">
      <w:pPr>
        <w:jc w:val="both"/>
      </w:pPr>
      <w:bookmarkStart w:id="0" w:name="_GoBack"/>
      <w:r>
        <w:t>Respetados señores:</w:t>
      </w:r>
    </w:p>
    <w:p w:rsidR="006D6922" w:rsidRDefault="00B9590E" w:rsidP="00B9590E">
      <w:pPr>
        <w:jc w:val="both"/>
      </w:pPr>
      <w:r>
        <w:t xml:space="preserve">Yo, [nombre completo], </w:t>
      </w:r>
      <w:r>
        <w:t xml:space="preserve">identificado(a) con cédula de ciudadanía No. [número], trabajador(a) oficial de Colpensiones, adscrito(a) a [dependencia], en el cargo de [cargo], de manera respetuosa solicito mi vinculación a la modalidad de teletrabajo, de conformidad con la Resolución </w:t>
      </w:r>
      <w:r>
        <w:t>010 de 2025, modificada por la Resolución 012 de 2025.</w:t>
      </w:r>
    </w:p>
    <w:p w:rsidR="006D6922" w:rsidRDefault="00B9590E" w:rsidP="00B9590E">
      <w:pPr>
        <w:jc w:val="both"/>
      </w:pPr>
      <w:r>
        <w:t>La presente solicitud se fundamenta en mi condición de padre cabeza de familia, de acuerdo con lo previsto en la Ley 1232 de 2008, circunstancia que acredito mediante los documentos correspondientes.</w:t>
      </w:r>
    </w:p>
    <w:p w:rsidR="006D6922" w:rsidRDefault="00B9590E" w:rsidP="00B9590E">
      <w:pPr>
        <w:jc w:val="both"/>
      </w:pPr>
      <w:r>
        <w:t>E</w:t>
      </w:r>
      <w:r>
        <w:t>n consecuencia, solicito respetuosamente que se estudie mi vinculación a la modalidad de teletrabajo, de conformidad con el numeral 8 del artículo 5 de la Resolución 010 de 2025, modificado por la Resolución 012 de 2025.</w:t>
      </w:r>
    </w:p>
    <w:p w:rsidR="006D6922" w:rsidRDefault="00B9590E" w:rsidP="00B9590E">
      <w:pPr>
        <w:jc w:val="both"/>
      </w:pPr>
      <w:r>
        <w:t>Manifiesto mi disposición para cump</w:t>
      </w:r>
      <w:r>
        <w:t>lir los lineamientos institucionales relacionados con seguridad de la información, ciberseguridad, tratamiento de datos personales, conectividad, control, supervisión y seguimiento, así como para suscribir el Otrosí – Acuerdo de Voluntariedad correspondien</w:t>
      </w:r>
      <w:r>
        <w:t>te, en caso de resultar procedente la solicitud.</w:t>
      </w:r>
    </w:p>
    <w:p w:rsidR="006D6922" w:rsidRDefault="00B9590E" w:rsidP="00B9590E">
      <w:pPr>
        <w:jc w:val="both"/>
      </w:pPr>
      <w:r>
        <w:t>Agradezco la atención prestada y solicito que la decisión correspondiente me sea comunicada a través de los canales institucionales.</w:t>
      </w:r>
    </w:p>
    <w:p w:rsidR="006D6922" w:rsidRDefault="00B9590E" w:rsidP="00B9590E">
      <w:pPr>
        <w:jc w:val="both"/>
      </w:pPr>
      <w:r>
        <w:t>Cordialmente,</w:t>
      </w:r>
    </w:p>
    <w:bookmarkEnd w:id="0"/>
    <w:p w:rsidR="006D6922" w:rsidRDefault="00B9590E">
      <w:r>
        <w:br/>
        <w:t>[Nombre completo]</w:t>
      </w:r>
      <w:r>
        <w:br/>
        <w:t>C.C. [número]</w:t>
      </w:r>
      <w:r>
        <w:br/>
        <w:t>Cargo: [cargo]</w:t>
      </w:r>
      <w:r>
        <w:br/>
        <w:t>Dependencia:</w:t>
      </w:r>
      <w:r>
        <w:t xml:space="preserve"> [dependencia]</w:t>
      </w:r>
      <w:r>
        <w:br/>
        <w:t>Correo institucional: [correo]</w:t>
      </w:r>
      <w:r>
        <w:br/>
        <w:t>Teléfono: [teléfono]</w:t>
      </w:r>
    </w:p>
    <w:p w:rsidR="006D6922" w:rsidRDefault="00B9590E">
      <w:r>
        <w:t>Anexos: [Relacionar los soportes que acreditan la condición invocada].</w:t>
      </w:r>
    </w:p>
    <w:sectPr w:rsidR="006D6922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6922"/>
    <w:rsid w:val="00AA1D8D"/>
    <w:rsid w:val="00B47730"/>
    <w:rsid w:val="00B9590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B605F"/>
  <w14:defaultImageDpi w14:val="300"/>
  <w15:docId w15:val="{98454EFA-683C-415A-A8FE-F798C01C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EE9622-9730-496B-93E4-0B87F58A1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SintraColPen</cp:lastModifiedBy>
  <cp:revision>2</cp:revision>
  <dcterms:created xsi:type="dcterms:W3CDTF">2026-09-07T13:33:00Z</dcterms:created>
  <dcterms:modified xsi:type="dcterms:W3CDTF">2026-09-07T13:33:00Z</dcterms:modified>
  <cp:category/>
</cp:coreProperties>
</file>